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Приложение</w:t>
        <w:br/>
        <w:t>Утверждено приказом ФССП России</w:t>
        <w:br/>
        <w:t>от 18 января 2024 г. N 6</w:t>
      </w:r>
    </w:p>
    <w:p>
      <w:pPr>
        <w:jc w:val="right"/>
      </w:pPr>
      <w:r>
        <w:rPr>
          <w:b/>
        </w:rPr>
        <w:t>Кому: ____________________________________________</w:t>
        <w:br/>
      </w:r>
      <w:r>
        <w:t>(наименование кредитора и (или) его представителя)</w:t>
      </w:r>
    </w:p>
    <w:p>
      <w:pPr>
        <w:jc w:val="center"/>
      </w:pPr>
      <w:r>
        <w:rPr>
          <w:b/>
          <w:sz w:val="28"/>
        </w:rPr>
        <w:t>ЗАЯВЛЕНИЕ ДОЛЖНИКА</w:t>
      </w:r>
    </w:p>
    <w:p>
      <w:pPr>
        <w:jc w:val="center"/>
      </w:pPr>
      <w:r>
        <w:rPr>
          <w:b/>
          <w:sz w:val="24"/>
        </w:rPr>
        <w:t>об осуществлении взаимодействия с кредитором и (или) его представителем только через представителя либо об отказе от взаимодействия</w:t>
      </w:r>
    </w:p>
    <w:p>
      <w:r>
        <w:rPr>
          <w:b/>
        </w:rPr>
        <w:t xml:space="preserve">Примечание. </w:t>
      </w:r>
      <w:r>
        <w:t>Заполняется пункт 1 либо пункт 2 заявления соответственно. Для отказа от взаимодействия заполните сведения о заявителе и пункт 2.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Заявитель</w:t>
            </w:r>
          </w:p>
        </w:tc>
        <w:tc>
          <w:tcPr>
            <w:tcW w:type="dxa" w:w="5128"/>
            <w:tcW w:w="5670" w:type="dxa"/>
          </w:tcPr>
          <w:p>
            <w:r>
              <w:t>______________________________________________________________</w:t>
              <w:br/>
              <w:t>(фамилия, имя, отчество при наличии)</w:t>
            </w:r>
          </w:p>
        </w:tc>
      </w:tr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Вид документа, удостоверяющего личность</w:t>
            </w:r>
          </w:p>
        </w:tc>
        <w:tc>
          <w:tcPr>
            <w:tcW w:type="dxa" w:w="5128"/>
            <w:tcW w:w="5670" w:type="dxa"/>
          </w:tcPr>
          <w:p>
            <w:r>
              <w:t>______________________________</w:t>
            </w:r>
          </w:p>
        </w:tc>
      </w:tr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Серия (при наличии), номер</w:t>
            </w:r>
          </w:p>
        </w:tc>
        <w:tc>
          <w:tcPr>
            <w:tcW w:type="dxa" w:w="5128"/>
            <w:tcW w:w="5670" w:type="dxa"/>
          </w:tcPr>
          <w:p>
            <w:r>
              <w:t>серия _________ номер __________________</w:t>
            </w:r>
          </w:p>
        </w:tc>
      </w:tr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Кем и когда выдан</w:t>
            </w:r>
          </w:p>
        </w:tc>
        <w:tc>
          <w:tcPr>
            <w:tcW w:type="dxa" w:w="5128"/>
            <w:tcW w:w="5670" w:type="dxa"/>
          </w:tcPr>
          <w:p>
            <w:r>
              <w:t>выдан "___" __________ ____ г. __________________________</w:t>
              <w:br/>
              <w:t>______________________________________________________________</w:t>
            </w:r>
          </w:p>
        </w:tc>
      </w:tr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Адрес регистрации по месту жительства</w:t>
            </w:r>
          </w:p>
        </w:tc>
        <w:tc>
          <w:tcPr>
            <w:tcW w:type="dxa" w:w="5128"/>
            <w:tcW w:w="5670" w:type="dxa"/>
          </w:tcPr>
          <w:p>
            <w:r>
              <w:t>______________________________________________________________</w:t>
              <w:br/>
              <w:t>______________________________________________________________</w:t>
            </w:r>
          </w:p>
        </w:tc>
      </w:tr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Номер контактного телефона</w:t>
            </w:r>
          </w:p>
        </w:tc>
        <w:tc>
          <w:tcPr>
            <w:tcW w:type="dxa" w:w="5128"/>
            <w:tcW w:w="5670" w:type="dxa"/>
          </w:tcPr>
          <w:p>
            <w:r>
              <w:t>______________________________________________________________</w:t>
            </w:r>
          </w:p>
        </w:tc>
      </w:tr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Адрес электронной почты (при наличии)</w:t>
            </w:r>
          </w:p>
        </w:tc>
        <w:tc>
          <w:tcPr>
            <w:tcW w:type="dxa" w:w="5128"/>
            <w:tcW w:w="5670" w:type="dxa"/>
          </w:tcPr>
          <w:p>
            <w:r>
              <w:t>______________________________________________________________</w:t>
            </w:r>
          </w:p>
        </w:tc>
      </w:tr>
    </w:tbl>
    <w:p/>
    <w:p>
      <w:r>
        <w:rPr>
          <w:b/>
        </w:rPr>
        <w:t>1. Взаимодействие только через представителя</w:t>
      </w:r>
    </w:p>
    <w:p>
      <w:r>
        <w:t xml:space="preserve">Прошу при совершении действий, направленных на возврат просроченной задолженности, </w:t>
      </w:r>
      <w:r>
        <w:rPr>
          <w:u w:val="single"/>
        </w:rPr>
        <w:t>______________________________________________________________________________</w:t>
      </w:r>
      <w:r>
        <w:br/>
        <w:t>(номер и дата документа, подтверждающего возникновение задолженности)</w:t>
      </w:r>
    </w:p>
    <w:p>
      <w:r>
        <w:t>осуществлять взаимодействие со мной способами, предусмотренными пунктами 1 и 2 части 1 статьи 4 Федерального закона от 03.07.2016 N 230-ФЗ, только через моего представителя: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ФИО представителя</w:t>
            </w:r>
          </w:p>
        </w:tc>
        <w:tc>
          <w:tcPr>
            <w:tcW w:type="dxa" w:w="5128"/>
            <w:tcW w:w="5670" w:type="dxa"/>
          </w:tcPr>
          <w:p>
            <w:r>
              <w:t>______________________________________________________________</w:t>
            </w:r>
          </w:p>
        </w:tc>
      </w:tr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Регистрационный номер адвоката в реестре адвокатов субъекта РФ</w:t>
            </w:r>
          </w:p>
        </w:tc>
        <w:tc>
          <w:tcPr>
            <w:tcW w:type="dxa" w:w="5128"/>
            <w:tcW w:w="5670" w:type="dxa"/>
          </w:tcPr>
          <w:p>
            <w:r>
              <w:t>______________________________________________________________</w:t>
            </w:r>
          </w:p>
        </w:tc>
      </w:tr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Контактные телефоны представителя</w:t>
            </w:r>
          </w:p>
        </w:tc>
        <w:tc>
          <w:tcPr>
            <w:tcW w:type="dxa" w:w="5128"/>
            <w:tcW w:w="5670" w:type="dxa"/>
          </w:tcPr>
          <w:p>
            <w:r>
              <w:t>______________________________________________________________</w:t>
            </w:r>
          </w:p>
        </w:tc>
      </w:tr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Адрес электронной почты представителя (при наличии)</w:t>
            </w:r>
          </w:p>
        </w:tc>
        <w:tc>
          <w:tcPr>
            <w:tcW w:type="dxa" w:w="5128"/>
            <w:tcW w:w="5670" w:type="dxa"/>
          </w:tcPr>
          <w:p>
            <w:r>
              <w:t>______________________________________________________________</w:t>
            </w:r>
          </w:p>
        </w:tc>
      </w:tr>
      <w:tr>
        <w:tc>
          <w:tcPr>
            <w:tcW w:type="dxa" w:w="5128"/>
            <w:tcW w:w="3402" w:type="dxa"/>
            <w:shd w:fill="F2F2F2"/>
          </w:tcPr>
          <w:p>
            <w:r>
              <w:rPr>
                <w:b/>
              </w:rPr>
              <w:t>Почтовый адрес представителя или адвокатского образования</w:t>
            </w:r>
          </w:p>
        </w:tc>
        <w:tc>
          <w:tcPr>
            <w:tcW w:type="dxa" w:w="5128"/>
            <w:tcW w:w="5670" w:type="dxa"/>
          </w:tcPr>
          <w:p>
            <w:r>
              <w:t>______________________________________________________________</w:t>
              <w:br/>
              <w:t>______________________________________________________________</w:t>
            </w:r>
          </w:p>
        </w:tc>
      </w:tr>
    </w:tbl>
    <w:p/>
    <w:p>
      <w:r>
        <w:rPr>
          <w:b/>
        </w:rPr>
        <w:t>2. Отказ от взаимодействия</w:t>
      </w:r>
    </w:p>
    <w:p>
      <w:r>
        <w:t xml:space="preserve">При совершении действий, направленных на возврат просроченной задолженности, </w:t>
      </w:r>
      <w:r>
        <w:rPr>
          <w:u w:val="single"/>
        </w:rPr>
        <w:t>______________________________________________________________________________</w:t>
      </w:r>
      <w:r>
        <w:br/>
        <w:t>(номер и дата документа, подтверждающего возникновение задолженности)</w:t>
      </w:r>
    </w:p>
    <w:p>
      <w:pPr>
        <w:ind w:firstLine="709"/>
      </w:pPr>
      <w:r>
        <w:t>сообщаю об отказе от взаимодействия со мной способами, предусмотренными пунктами 1 и 2 части 1 статьи 4 Федерального закона от 03.07.2016 N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организациях".</w:t>
      </w:r>
    </w:p>
    <w:p>
      <w:r>
        <w:t>Заявление составлено "___" ______________ ____ г.</w:t>
      </w:r>
    </w:p>
    <w:p>
      <w:r>
        <w:t>Подпись заявителя _____________________ / ____________________________________________</w:t>
      </w:r>
      <w:r>
        <w:br/>
        <w:t xml:space="preserve">                                      (фамилия, имя, отчество при наличии)</w:t>
      </w:r>
    </w:p>
    <w:p>
      <w:r>
        <w:rPr>
          <w:b/>
        </w:rPr>
        <w:t xml:space="preserve">Рекомендация по подаче: </w:t>
      </w:r>
      <w:r>
        <w:t>направляйте заявление через нотариуса, заказным письмом с уведомлением о вручении либо вручайте под расписку. Сохраните подтверждение отправки и копию заявления.</w:t>
      </w:r>
    </w:p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об отказе от взаимодействия</dc:title>
  <dc:subject>Форма заявления по приказу ФССП России от 18.01.2024 N 6</dc:subject>
  <dc:creator>Иркутское бюро по банкротству</dc:creator>
  <cp:keywords>ФССП, 230-ФЗ, отказ от взаимодействия, должник</cp:keywords>
  <dc:description/>
  <cp:lastModifiedBy>Иркутское бюро по банкротству</cp:lastModifiedBy>
  <cp:revision>1</cp:revision>
  <dcterms:created xsi:type="dcterms:W3CDTF">2013-12-23T23:15:00Z</dcterms:created>
  <dcterms:modified xsi:type="dcterms:W3CDTF">2013-12-23T23:15:00Z</dcterms:modified>
  <cp:category>Шаблон заявления</cp:category>
</cp:coreProperties>
</file>